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🧑‍🏫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מהדורה למורה – מפתח תשובות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🕎 כסליו–חנוכה · תיכון – מהדורה למורה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מפתח לכל 3 המסלולים (רגיל · חנ״מ · עולים) ולכל המשחקים בחוברות התלמיד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רגיל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תקווה והתמדה – תקווה והתמדה. הכותב שולל תועלת ("הנר איננו כלי"), שולל כוח ועושר ("לא צבא גדול ולא אוצר") ומדגיש בנייה הדרגתית ותקווה – "הקטע הזה בוחר בשמן".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מלמד האיסור להשתמש באור הנרות על תפקידם, לפי הקטע? ← שהנר הוא הצהרה ולא כלי (שולל: תועלת האור)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תפקיד הכלל "מעלין בקודש ואין מורידין" בטיעון של הכותב? ← להראות שהחג נבנה בהדרגה, ערב אחר ערב (שולל: שפע וחגיגה)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עושה הניגוד "לא צבא גדול ולא אוצר, אלא פך שמן אחד"? ← מעביר את המוקד מכוח ועושר אל מעט שמתמיד (שולל: כוח ושליטה)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מדוע הכותב מזכיר את סיפור יוסף? ← כי זו דוגמה נוספת לתקווה שנשמרת גם במצב קשה (שולל: כוח ושליטה)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מפרסמים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בניינים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דולק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פיוט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עדות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פיצחתם: אור קטן הוא לא כלי – הוא עדות.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הודאה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ירושלים, ימי בית שני: חנוכת המקדש מחדש והדלקת המנורה → 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בית המדרש: פרסומי ניסא ↔ הצגת הנס לעיני הרבים · מעלין בקודש ↔ מוסיפים ואין מפחיתים · הנרות הללו ↔ הצהרה שהאור אינו לשימוש · מהדרין מן המהדרין ↔ הידור: נר נוסף בכל ערב → 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קהילות ישראל: חג הבנות ↔ מנהג קהילות צפון אפריקה בראש חודש טבת · ספינג׳ ↔ מאפה טבעת מטוגן מהמטבח הצפון־אפריקאי · לביבות ↔ מאכל מוכר מקהילות מזרח אירופה · ש על הסביבון ↔ סביבונים בתפוצות: נס גדול היה שם → 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שבתות כסלו: חלומות יוסף – תקווה שאינה כבה במצוקה → 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מקהלת הטקס: מזמורי תהילים של שבח והודיה → 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כיבושי אלכסנדר מוקדון והתפשטות התרבות ההלניסטית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שלטון בית סלווקוס וגזירות על קיום המצוות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מרד החשמונאים בהנהגת מתתיהו ובניו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טיהור המקדש וחנוכתו מחדש בכ״ה בכסלו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קביעת שמונת ימי חנוכה לדורות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חיבור הפיוט "מעוז צור" בימי הביניים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סיבה: הואיל ורצו לפרסם את הנס · משום שהלילות בכסלו ארוכים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תוצאה: לפיכך מוסיפים נר בכל ערב · כתוצאה מכך נקבע החג לדורות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ניגוד: אף על פי שהשמן הספיק ליום אחד · ואילו בתפוצות כתוב על הסביבון ש · אולם האור לא כבה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עובדה: חנוכה מתחיל בכ״ה בכסלו · השמש אינו נמנה עם שמונת הנרות · "מעוז צור" הוא פיוט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פרשנות: חנוכה הוא בעצם חג של התמדה · פך השמן מסמל את כוחו של המעט · האור בחלון הוא הצהרת זהות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מאיזו זווית כדאי לה לפתוח? ← ברעיון שכל אחד יכול להתחבר אליו – אור בחושך. ההמשך: תמר פתחה בשאלה: "מתי בפעם האחרונה מישהו הדליק בשבילך אור?" באולם השתרר שקט של הקשבה.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תעשה תמר? ← תסביר את הקשר ותציע לקצר במקום אחר. ההמשך: תמר הסבירה: יוסף הושלך לבור – ובכל זאת חלם. "זה בדיוק פך השמן," אמרה. המורה הסכימה, ותמר קיצרה את הפתיחה.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יעשו? ← ידליקו נרות לד, והנאום יסביר את הסמל. ההמשך: שמונה נורות לד נדלקו אחת אחת. "גם אור חשמלי יכול לספר סיפור," אמרה תמר, "אם יודעים מה הוא מסמל."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תענה תמר? ← "בוא נדליק את הנר הבא ביחד". ההמשך: למחרת עמדו שניהם ליד החנוכייה בכניסה. הוא הדליק, היא החזיקה את הדף עם הברכה. "השמש," אמר לה, "זה מה שאת היית אתמול."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לדלוק – הוא בבניין קל, ואילו השאר בבניינים פיעל והפעיל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ספר בראשית – הוא אינו עוסק בחנוכה – אבל בו סיפור יוסף שנקרא בכסלו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כדי להאיר את החדר – היא מייחסת לנרות תועלת מעשית – בדיוק מה שהטקסט שולל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יוהרה – היא ההפך מהמסר "לא בחיל ולא בכוח" – התנשאות במקום צניעות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הלניסטים – הם אלה שבחרו לאמץ את התרבות היוונית – לא המשפחה שהנהיגה את המרד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כי הוא מעביר מסר של תקווה שמתאים לכל דור · 2) הפיכת זהות אישית לאמירה ציבורית · 3) מסורת משותפת יכולה להתבטא בדרכים מקומיות · 4) שתיהן מתארות התחלה והכשרה לדרך חדשה · 5) לנרות יש ערך סמלי, לא שימושי · 6) הסמליות של אור בחושך מתחזקת בזכות העונה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 · 7) נכון · 8) לא נכון · 9) נכון · 10)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ולכן · (2) אף על פי ש · (3) בזכות · (4) למרות ש · (5) לסיכום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בהבית המקדש → בבית המקדש · המנהגים של החג משתנה → המנהגים של החג משתנים · לכן → ואילו · ארבעים וארבע נרות → ארבעים וארבעה נרות · למרות → בזכות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חנ״מ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אביב – אביב. הוא תיקן חוטי חשמל, והוא אוהב לבנות דברים עם נורות.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ממה עשויה החנוכייה? ← מנורות לד 💡 (שולל: שקד)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עשתה נעמה אתמול? ← כתבה מבחן עד הערב (שולל: נעמה)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שמונה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תקווה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מסורת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פיצחתם. גם אור קטן נותן תקווה.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אומץ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אולם הטקס: כי זה בטוח יותר → 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הספרייה: בספרי המקבים ובתלמוד → 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החלון: כדי לפרסם את הנס → מ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הקהילה: מנהג של כבוד לבנות ולנשים → ץ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השלטון אסר על מנהגי היהודים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החשמונאים מרדו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המקדש טוהר ונחנך מחדש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נקבע חג לדורות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עובדה: חנוכה מתחיל בכ״ה בכסלו · השמש מדליק את הנרות · החג נמשך שמונה ימים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פרשנות: חנוכה הוא חג של תקווה · האור בחלון הוא הצהרה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יעשו במפגש הראשון? ← יכירו ויספרו על עצמם. ההמשך: יובל ועידן מכירים. עידן מספר שהוא אוהב לצייר. 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יגיד יובל? ← "בוא נמצא הצלחה אחת קטנה". ההמשך: יובל מבקש מעידן לצייר נר אחד. הציור יפה. עידן מחייך. 🕯️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יעשה עידן? ← יציג את הציורים שלו. ההמשך: שמונה ציורי נרות של עידן תלויים באולם. כולם מתפעלים. 👏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שולחן – זה שם עצם, לא פועל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😒 ייאוש – זה ההפך מהמסר של החג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עוגת גבינה – היא נאפית ולא מטוגנת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תקווה במצב קשה · 2) הוא נותן אור לאחרים · 3) לשתף את כולם בחג · 4) כל קהילה התאימה את המנהג לעצמה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ולכן · (2) אבל · (3) אף על פי 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המנהגים של החג משתנה → המנהגים של החג משתנים · ארבעים וארבע נרות → ארבעים וארבעה נרות · בהבית המקדש → בבית המקדש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עולים חדשים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נעמי – נעמי. בכרטיס כתוב "חג הבנות", ונעמי סיפרה: "אנחנו חוגגות את חג הבנות".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באיזו שפה כתוב הכרטיס? ← רק בעברית (שולל: אלנה)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מי לא היה באולפן השבוע? ← מרקו (שולל: מרקו)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איזה מנהג כתוב בכרטיס? ← חג הבנות (שולל: טספאיה)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תקווה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חלון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מקדש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לפרסם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כל הכבוד! עכשיו אתם יודעים להסביר את חנוכה בעברית.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תודה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לוח השנה: שמונה → 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פינת הפעלים: לפרסם ↔ להראות לכל האנשים · להודות ↔ להגיד תודה · לחגוג ↔ לעשות שמחה בחג → 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השוק: סופגנייה ↔ בצק מטוגן עם ריבה · לביבה ↔ מטוגנת מתפוחי אדמה · ספינג׳ ↔ בצק מטוגן בצורת טבעת · חג הבנות ↔ מנהג בראש חודש טבת → 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החלון: כדי שכולם יראו את האור → 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השלטון אסר על מנהגי היהודים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החשמונאים מרדו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הם חזרו לבית המקדש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הם מצאו פך שמן קטן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המנורה דלקה שמונה ימים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פועל: להדליק · לטגן · לחגוג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שם עצם: חנוכייה · נר · סביבון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היא תכין הכי הרבה? ← סופגניות. ההמשך: כל בוקר אולגה ממלאת מאות סופגניות בריבה. 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היא תעשה? ← תשאל את מנהל המאפייה. ההמשך: המנהל מסביר: "זה זכר לנס פך השמן." אולגה חוזרת ללקוחה ומסבירה בעברית.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תעשה אולגה? ← תדליק נר עם כולם. ההמשך: אולגה מדליקה נר ראשון בחייה. "עכשיו גם לי יש חנוכה," היא אומרת. 🕎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מאפייה – זה מקום, לא פעולה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לחם – הוא לא מטוגן בשמן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פחד – זה רגש לא נעים – ההפך מהחג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יוסף – הוא לא מסיפור החשמונאים – הוא מסיפור החלומות בתורה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גם מעט יכול להספיק, ויש תקווה · 2) להציג שתי פרשנויות שונות · 3) כדי שכל העוברים יראו את האור · 4) ניגוד בין שני חלקים · 5) גם מי שעוזר לאחרים חשוב מאוד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 · 7) נכון · 8)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ולכן · (2) אבל · (3) בנוסף · (4) כך 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המנהגים של החג שונה → המנהגים של החג שונים · שמונה נרות חדשות → שמונה נרות חדשים · הבית המקדש → בית המקדש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🔍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חנוכה תשפ״ז: נר ראשון בערב 4.12.2026 (כ״ה בכסליו) –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ראש חודש טבת חל סביב הערב/היום השישי–השביעי של חנוכה –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חיבור "מעוז צור" בימי הביניים והאקרוסטיכון "מרדכי" –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הלל בחנוכה – תהילים קיג–קיח –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"לא בחיל ולא בכוח" – זכריה ד, בהפטרת שבת חנוכה –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עמדת הפוסקים לגבי נורת חשמל להדלקה – מנוסח בזהירות;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חג הבנות – מנהג קהילות צפון אפריקה; פרטים שונים בין קהילות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באולם – נרות LED בלבד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חנוכה 2026 (תשפ״ז): נר ראשון ביום שישי בערב, 4.12.2026 – לוודא בלוח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ראש חודש טבת חל בתוך חנוכה – לוודא תאריך לשנה הנוכחית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44 נרות בסך הכול (36 + 8 שמשים) – חישוב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המאה ה-2 לפני הספירה, גזרות אנטיוכוס – מוצג לפי המסורת; לוודא ניסוח בכיתה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„לביבות” בתנ״ך (שמואל ב׳ י״ג); „סופגנין” בספרות חז״ל –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חג הבנות – מנהג בקהילות מצפון אפריקה (בעיקר תוניסיה ואלג׳יריה) – לוודא פרטים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ההבדל בהדגשה בין מסורות שונות על חנוכה (המאבק מול נס השמן) – ניסוח כללי, לוודא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🕎 כסליו–חנוכה · תיכון – מהדורה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